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83B41" w:rsidRPr="0027783D" w:rsidRDefault="00E83B41" w:rsidP="00E83B41">
      <w:pPr>
        <w:pStyle w:val="INOVANTTitle"/>
        <w:keepNext/>
        <w:rPr>
          <w:sz w:val="32"/>
          <w:szCs w:val="24"/>
        </w:rPr>
      </w:pPr>
      <w:r w:rsidRPr="0027783D">
        <w:rPr>
          <w:sz w:val="32"/>
          <w:szCs w:val="24"/>
        </w:rPr>
        <w:t>Article Title</w:t>
      </w:r>
    </w:p>
    <w:p w:rsidR="00E83B41" w:rsidRDefault="00E83B41" w:rsidP="00E83B41">
      <w:pPr>
        <w:pStyle w:val="INOVANTGuidance"/>
      </w:pPr>
      <w:r>
        <w:t>Maximum 20 words | Times New Roman 16 pt, bold, centered. Use one concise, specific, and informative English title. Full manuscript: normally 5,000–8,000 words; maximum 25 pages including references, tables, and figures.</w:t>
      </w:r>
    </w:p>
    <w:p w:rsidR="00E83B41" w:rsidRDefault="00E83B41" w:rsidP="00E83B41">
      <w:pPr>
        <w:pStyle w:val="INOVANTAuthor"/>
      </w:pPr>
      <w:r>
        <w:t>Author One</w:t>
      </w:r>
      <w:r>
        <w:rPr>
          <w:sz w:val="16"/>
          <w:vertAlign w:val="superscript"/>
        </w:rPr>
        <w:t>1*</w:t>
      </w:r>
      <w:r>
        <w:t>, Author Two</w:t>
      </w:r>
      <w:r>
        <w:rPr>
          <w:sz w:val="16"/>
          <w:vertAlign w:val="superscript"/>
        </w:rPr>
        <w:t>1</w:t>
      </w:r>
      <w:r>
        <w:t>, Author Three</w:t>
      </w:r>
      <w:r>
        <w:rPr>
          <w:sz w:val="16"/>
          <w:vertAlign w:val="superscript"/>
        </w:rPr>
        <w:t>2</w:t>
      </w:r>
    </w:p>
    <w:p w:rsidR="00E83B41" w:rsidRDefault="00E83B41" w:rsidP="00E83B41">
      <w:pPr>
        <w:pStyle w:val="INOVANTAffiliation"/>
      </w:pPr>
      <w:r w:rsidRPr="0027783D">
        <w:rPr>
          <w:vertAlign w:val="superscript"/>
        </w:rPr>
        <w:t>1</w:t>
      </w:r>
      <w:r>
        <w:t xml:space="preserve"> Applied Bachelor Program in Public Administration, Faculty of Vocational Studies, Universitas Negeri Surabaya, Surabaya, Indonesia</w:t>
      </w:r>
    </w:p>
    <w:p w:rsidR="00E83B41" w:rsidRDefault="00E83B41" w:rsidP="00E83B41">
      <w:pPr>
        <w:pStyle w:val="INOVANTAffiliation"/>
      </w:pPr>
      <w:r w:rsidRPr="0027783D">
        <w:rPr>
          <w:vertAlign w:val="superscript"/>
        </w:rPr>
        <w:t>2</w:t>
      </w:r>
      <w:r>
        <w:t xml:space="preserve"> Department/Institution, University/Organization, City, Country</w:t>
      </w:r>
    </w:p>
    <w:p w:rsidR="00E83B41" w:rsidRDefault="00E83B41" w:rsidP="00E83B41">
      <w:pPr>
        <w:pStyle w:val="INOVANTCorresponding"/>
      </w:pPr>
      <w:r>
        <w:rPr>
          <w:color w:val="222222"/>
        </w:rPr>
        <w:t xml:space="preserve">*Corresponding Author: author@institution.ac.id </w:t>
      </w:r>
    </w:p>
    <w:p w:rsidR="00E83B41" w:rsidRDefault="00E83B41" w:rsidP="00E83B41">
      <w:pPr>
        <w:pStyle w:val="INOVANTGuidance"/>
        <w:jc w:val="center"/>
      </w:pPr>
      <w:r>
        <w:t>Author names: 11 pt bold; affiliations: 10 pt; no academic degrees. Use superscript numbers for affiliations and * for the corresponding author. ORCID is optional but recommended.</w:t>
      </w:r>
    </w:p>
    <w:p w:rsidR="00E83B41" w:rsidRDefault="00E83B41" w:rsidP="00E83B41">
      <w:pPr>
        <w:pStyle w:val="INOVANTAbstractHeading"/>
        <w:keepNext/>
      </w:pPr>
      <w:r>
        <w:t>ABSTRACT</w:t>
      </w:r>
    </w:p>
    <w:p w:rsidR="00E83B41" w:rsidRDefault="00E83B41" w:rsidP="00E83B41">
      <w:pPr>
        <w:pStyle w:val="INOVANTGuidance"/>
      </w:pPr>
      <w:r>
        <w:t>150–250 words | Times New Roman 11 pt | single spacing | one paragraph. Include: research context/problem; objective; method; key findings; and conclusion/main contribution. Do not use citations, tables, figures, bullet points, or undefined abbreviations.</w:t>
      </w:r>
    </w:p>
    <w:p w:rsidR="00E83B41" w:rsidRDefault="00E83B41" w:rsidP="00E83B41">
      <w:pPr>
        <w:pStyle w:val="INOVANTAbstractText"/>
      </w:pPr>
      <w:r>
        <w:t>Write or paste the abstract here. Replace this paragraph with your final abstract while keeping the existing paragraph style.</w:t>
      </w:r>
    </w:p>
    <w:p w:rsidR="00E83B41" w:rsidRDefault="00E83B41" w:rsidP="00E83B41">
      <w:pPr>
        <w:pStyle w:val="INOVANTKeywords"/>
      </w:pPr>
      <w:r>
        <w:rPr>
          <w:b/>
        </w:rPr>
        <w:t xml:space="preserve">Keywords: </w:t>
      </w:r>
      <w:r>
        <w:t>public administration; public policy; governance; public service</w:t>
      </w:r>
    </w:p>
    <w:p w:rsidR="00E83B41" w:rsidRDefault="00E83B41" w:rsidP="00E83B41">
      <w:pPr>
        <w:pStyle w:val="INOVANTGuidance"/>
      </w:pPr>
      <w:r>
        <w:t>Use 3–5 keywords or short key phrases, separated by semicolons. Choose searchable terms that represent the main concepts of the article and avoid unnecessary repetition of the title.</w:t>
      </w:r>
    </w:p>
    <w:p w:rsidR="00E83B41" w:rsidRDefault="00E83B41" w:rsidP="00E83B41">
      <w:pPr>
        <w:pStyle w:val="INOVANTHeading1"/>
      </w:pPr>
      <w:r>
        <w:t>INTRODUCTION</w:t>
      </w:r>
    </w:p>
    <w:p w:rsidR="00E83B41" w:rsidRDefault="00E83B41" w:rsidP="00E83B41">
      <w:pPr>
        <w:pStyle w:val="INOVANTGuidance"/>
      </w:pPr>
      <w:r>
        <w:t>Times New Roman 12 pt | justified | 1.15 spacing. Build a coherent narrative that explains the research context and substantive problem, supports important claims with evidence, synthesizes relevant literature, identifies the research gap, states the novelty/contribution, and ends with a clear objective, research question, or hypothesis where relevant. Recommended proportion: about 15–20% of the main manuscript.</w:t>
      </w:r>
    </w:p>
    <w:p w:rsidR="00E83B41" w:rsidRDefault="00E83B41" w:rsidP="00E83B41">
      <w:pPr>
        <w:pStyle w:val="INOVANTBody"/>
        <w:ind w:firstLine="0"/>
      </w:pPr>
      <w:r>
        <w:t>Write or paste the Introduction here. The first paragraph after a heading has no first-line indent; subsequent paragraphs use the predefined body style automatically.</w:t>
      </w:r>
    </w:p>
    <w:p w:rsidR="00E83B41" w:rsidRDefault="00E83B41" w:rsidP="00E83B41">
      <w:pPr>
        <w:pStyle w:val="INOVANTBody"/>
      </w:pPr>
      <w:r>
        <w:t>Continue the Introduction here. Use current and relevant literature to position the study rather than presenting a list of previous studies.</w:t>
      </w:r>
    </w:p>
    <w:p w:rsidR="00E83B41" w:rsidRDefault="00E83B41" w:rsidP="00E83B41">
      <w:pPr>
        <w:pStyle w:val="INOVANTHeading1"/>
      </w:pPr>
      <w:r>
        <w:t>METHOD</w:t>
      </w:r>
    </w:p>
    <w:p w:rsidR="00E83B41" w:rsidRDefault="00E83B41" w:rsidP="00E83B41">
      <w:pPr>
        <w:pStyle w:val="INOVANTGuidance"/>
      </w:pPr>
      <w:r>
        <w:t>Times New Roman 12 pt | justified | 1.15 spacing. Explain, as relevant: research design/approach; setting and unit of analysis; population/sample/respondents/informants; participant selection; data sources; data collection; analytical procedures/framework/software; validity, reliability, or trustworthiness; and ethical procedures. Include only elements relevant to the study. Recommended proportion: about 10–15%.</w:t>
      </w:r>
    </w:p>
    <w:p w:rsidR="00E83B41" w:rsidRDefault="00E83B41" w:rsidP="00E83B41">
      <w:pPr>
        <w:pStyle w:val="INOVANTBody"/>
        <w:ind w:firstLine="0"/>
      </w:pPr>
      <w:r>
        <w:t xml:space="preserve">Write or paste the Method here. Provide enough detail for readers to understand and assess how the study was conducted and how the evidence was </w:t>
      </w:r>
      <w:proofErr w:type="spellStart"/>
      <w:r>
        <w:t>analysed</w:t>
      </w:r>
      <w:proofErr w:type="spellEnd"/>
      <w:r>
        <w:t>.</w:t>
      </w:r>
    </w:p>
    <w:p w:rsidR="00E83B41" w:rsidRDefault="00E83B41" w:rsidP="00E83B41">
      <w:pPr>
        <w:pStyle w:val="INOVANTHeading1"/>
      </w:pPr>
      <w:r>
        <w:t>RESULTS AND DISCUSSION</w:t>
      </w:r>
    </w:p>
    <w:p w:rsidR="00E83B41" w:rsidRDefault="00E83B41" w:rsidP="00E83B41">
      <w:pPr>
        <w:pStyle w:val="INOVANTGuidance"/>
      </w:pPr>
      <w:r>
        <w:t xml:space="preserve">Times New Roman 12 pt | justified | 1.15 spacing. This should be the largest analytical section (about 45–60% of the main manuscript). Present sufficient evidence, answer the research question, </w:t>
      </w:r>
      <w:proofErr w:type="spellStart"/>
      <w:r>
        <w:t>analyse</w:t>
      </w:r>
      <w:proofErr w:type="spellEnd"/>
      <w:r>
        <w:t xml:space="preserve"> rather than merely describe, connect findings with theory/concepts, compare with previous studies, explain similarities/differences, and identify theoretical, policy, administrative, or practical implications. Use meaningful subheadings when helpful.</w:t>
      </w:r>
    </w:p>
    <w:p w:rsidR="00E83B41" w:rsidRDefault="00E83B41" w:rsidP="00E83B41">
      <w:pPr>
        <w:pStyle w:val="INOVANTBody"/>
        <w:ind w:firstLine="0"/>
      </w:pPr>
      <w:r>
        <w:lastRenderedPageBreak/>
        <w:t>Write or paste the opening paragraph of the Results and Discussion here. Introduce the analytical structure and the principal findings before moving into specific themes, dimensions, variables, or issues.</w:t>
      </w:r>
    </w:p>
    <w:p w:rsidR="00E83B41" w:rsidRDefault="00E83B41" w:rsidP="00E83B41">
      <w:pPr>
        <w:pStyle w:val="INOVANTHeading2"/>
      </w:pPr>
      <w:r>
        <w:t>Subheading (optional)</w:t>
      </w:r>
    </w:p>
    <w:p w:rsidR="00E83B41" w:rsidRDefault="00E83B41" w:rsidP="00E83B41">
      <w:pPr>
        <w:pStyle w:val="INOVANTGuidance"/>
      </w:pPr>
      <w:r>
        <w:t>Use Heading 2 for major themes or analytical dimensions. Use Heading 3 only when a further level is genuinely needed; avoid excessive numbering.</w:t>
      </w:r>
    </w:p>
    <w:p w:rsidR="00E83B41" w:rsidRDefault="00E83B41" w:rsidP="00E83B41">
      <w:pPr>
        <w:pStyle w:val="INOVANTBody"/>
        <w:ind w:firstLine="0"/>
      </w:pPr>
      <w:r>
        <w:t>Write or paste the analysis for this subsection here. Each major claim should be supported by appropriate data, evidence, or scholarly references.</w:t>
      </w:r>
    </w:p>
    <w:p w:rsidR="00E83B41" w:rsidRDefault="00E83B41" w:rsidP="00E83B41">
      <w:pPr>
        <w:pStyle w:val="INOVANTBlockQuote"/>
      </w:pPr>
      <w:r>
        <w:t>For a direct quotation of approximately 40 words or more, use this block-quote style: 11 pt, single spacing, 1 cm left and right indentation, and no quotation marks around the block. Delete this example if no long quotation is used.</w:t>
      </w:r>
    </w:p>
    <w:p w:rsidR="00E83B41" w:rsidRDefault="00E83B41" w:rsidP="00E83B41">
      <w:pPr>
        <w:pStyle w:val="INOVANTGuidance"/>
      </w:pPr>
      <w:r>
        <w:t xml:space="preserve">TABLE FORMAT — Caption above the table, 11 pt bold. Table text 10–11 pt, single spacing. Keep tables within the page margins, mention and </w:t>
      </w:r>
      <w:proofErr w:type="spellStart"/>
      <w:r>
        <w:t>analyse</w:t>
      </w:r>
      <w:proofErr w:type="spellEnd"/>
      <w:r>
        <w:t xml:space="preserve"> every table in the text, and use a source note where appropriate.</w:t>
      </w:r>
    </w:p>
    <w:p w:rsidR="00E83B41" w:rsidRDefault="00E83B41" w:rsidP="00E83B41">
      <w:pPr>
        <w:pStyle w:val="INOVANTCaption"/>
      </w:pPr>
      <w:r>
        <w:t>Table 1. Characteristics of Research Participants</w:t>
      </w:r>
    </w:p>
    <w:tbl>
      <w:tblPr>
        <w:tblW w:w="0" w:type="auto"/>
        <w:jc w:val="center"/>
        <w:tblBorders>
          <w:top w:val="single" w:sz="4" w:space="0" w:color="AFAFAF"/>
          <w:left w:val="single" w:sz="4" w:space="0" w:color="AFAFAF"/>
          <w:bottom w:val="single" w:sz="4" w:space="0" w:color="AFAFAF"/>
          <w:right w:val="single" w:sz="4" w:space="0" w:color="AFAFAF"/>
          <w:insideH w:val="single" w:sz="4" w:space="0" w:color="AFAFAF"/>
          <w:insideV w:val="single" w:sz="4" w:space="0" w:color="AFAFAF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83B41" w:rsidTr="006C3409">
        <w:trPr>
          <w:cantSplit/>
          <w:tblHeader/>
          <w:jc w:val="center"/>
        </w:trPr>
        <w:tc>
          <w:tcPr>
            <w:tcW w:w="2268" w:type="dxa"/>
            <w:shd w:val="clear" w:color="auto" w:fill="F2F2F2"/>
            <w:vAlign w:val="center"/>
          </w:tcPr>
          <w:p w:rsidR="00E83B41" w:rsidRDefault="00E83B41" w:rsidP="006C3409">
            <w:pPr>
              <w:pStyle w:val="INOVANTTableText"/>
            </w:pPr>
            <w:r>
              <w:rPr>
                <w:b/>
              </w:rPr>
              <w:t>No.</w:t>
            </w:r>
          </w:p>
        </w:tc>
        <w:tc>
          <w:tcPr>
            <w:tcW w:w="2268" w:type="dxa"/>
            <w:shd w:val="clear" w:color="auto" w:fill="F2F2F2"/>
            <w:vAlign w:val="center"/>
          </w:tcPr>
          <w:p w:rsidR="00E83B41" w:rsidRDefault="00E83B41" w:rsidP="006C3409">
            <w:pPr>
              <w:pStyle w:val="INOVANTTableText"/>
            </w:pPr>
            <w:r>
              <w:rPr>
                <w:b/>
              </w:rPr>
              <w:t>Participant/Informant</w:t>
            </w:r>
          </w:p>
        </w:tc>
        <w:tc>
          <w:tcPr>
            <w:tcW w:w="2268" w:type="dxa"/>
            <w:shd w:val="clear" w:color="auto" w:fill="F2F2F2"/>
            <w:vAlign w:val="center"/>
          </w:tcPr>
          <w:p w:rsidR="00E83B41" w:rsidRDefault="00E83B41" w:rsidP="006C3409">
            <w:pPr>
              <w:pStyle w:val="INOVANTTableText"/>
            </w:pPr>
            <w:r>
              <w:rPr>
                <w:b/>
              </w:rPr>
              <w:t>Role</w:t>
            </w:r>
          </w:p>
        </w:tc>
        <w:tc>
          <w:tcPr>
            <w:tcW w:w="2268" w:type="dxa"/>
            <w:shd w:val="clear" w:color="auto" w:fill="F2F2F2"/>
            <w:vAlign w:val="center"/>
          </w:tcPr>
          <w:p w:rsidR="00E83B41" w:rsidRDefault="00E83B41" w:rsidP="006C3409">
            <w:pPr>
              <w:pStyle w:val="INOVANTTableText"/>
            </w:pPr>
            <w:r>
              <w:rPr>
                <w:b/>
              </w:rPr>
              <w:t>Description</w:t>
            </w:r>
          </w:p>
        </w:tc>
      </w:tr>
      <w:tr w:rsidR="00E83B41" w:rsidTr="006C3409">
        <w:trPr>
          <w:cantSplit/>
          <w:jc w:val="center"/>
        </w:trPr>
        <w:tc>
          <w:tcPr>
            <w:tcW w:w="2268" w:type="dxa"/>
            <w:vAlign w:val="center"/>
          </w:tcPr>
          <w:p w:rsidR="00E83B41" w:rsidRDefault="00E83B41" w:rsidP="006C3409">
            <w:pPr>
              <w:pStyle w:val="INOVANTTableText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E83B41" w:rsidRDefault="00E83B41" w:rsidP="006C3409">
            <w:pPr>
              <w:pStyle w:val="INOVANTTableText"/>
            </w:pPr>
            <w:r>
              <w:t>Informant A</w:t>
            </w:r>
          </w:p>
        </w:tc>
        <w:tc>
          <w:tcPr>
            <w:tcW w:w="2268" w:type="dxa"/>
            <w:vAlign w:val="center"/>
          </w:tcPr>
          <w:p w:rsidR="00E83B41" w:rsidRDefault="00E83B41" w:rsidP="006C3409">
            <w:pPr>
              <w:pStyle w:val="INOVANTTableText"/>
            </w:pPr>
            <w:r>
              <w:t>Policy implementer</w:t>
            </w:r>
          </w:p>
        </w:tc>
        <w:tc>
          <w:tcPr>
            <w:tcW w:w="2268" w:type="dxa"/>
            <w:vAlign w:val="center"/>
          </w:tcPr>
          <w:p w:rsidR="00E83B41" w:rsidRDefault="00E83B41" w:rsidP="006C3409">
            <w:pPr>
              <w:pStyle w:val="INOVANTTableText"/>
            </w:pPr>
            <w:r>
              <w:t>Replace with actual information</w:t>
            </w:r>
          </w:p>
        </w:tc>
      </w:tr>
      <w:tr w:rsidR="00E83B41" w:rsidTr="006C3409">
        <w:trPr>
          <w:cantSplit/>
          <w:jc w:val="center"/>
        </w:trPr>
        <w:tc>
          <w:tcPr>
            <w:tcW w:w="2268" w:type="dxa"/>
            <w:vAlign w:val="center"/>
          </w:tcPr>
          <w:p w:rsidR="00E83B41" w:rsidRDefault="00E83B41" w:rsidP="006C3409">
            <w:pPr>
              <w:pStyle w:val="INOVANTTableText"/>
            </w:pPr>
            <w:r>
              <w:t>2</w:t>
            </w:r>
          </w:p>
        </w:tc>
        <w:tc>
          <w:tcPr>
            <w:tcW w:w="2268" w:type="dxa"/>
            <w:vAlign w:val="center"/>
          </w:tcPr>
          <w:p w:rsidR="00E83B41" w:rsidRDefault="00E83B41" w:rsidP="006C3409">
            <w:pPr>
              <w:pStyle w:val="INOVANTTableText"/>
            </w:pPr>
            <w:r>
              <w:t>Informant B</w:t>
            </w:r>
          </w:p>
        </w:tc>
        <w:tc>
          <w:tcPr>
            <w:tcW w:w="2268" w:type="dxa"/>
            <w:vAlign w:val="center"/>
          </w:tcPr>
          <w:p w:rsidR="00E83B41" w:rsidRDefault="00E83B41" w:rsidP="006C3409">
            <w:pPr>
              <w:pStyle w:val="INOVANTTableText"/>
            </w:pPr>
            <w:r>
              <w:t>Service recipient</w:t>
            </w:r>
          </w:p>
        </w:tc>
        <w:tc>
          <w:tcPr>
            <w:tcW w:w="2268" w:type="dxa"/>
            <w:vAlign w:val="center"/>
          </w:tcPr>
          <w:p w:rsidR="00E83B41" w:rsidRDefault="00E83B41" w:rsidP="006C3409">
            <w:pPr>
              <w:pStyle w:val="INOVANTTableText"/>
            </w:pPr>
            <w:r>
              <w:t>Replace with actual information</w:t>
            </w:r>
          </w:p>
        </w:tc>
      </w:tr>
    </w:tbl>
    <w:p w:rsidR="00E83B41" w:rsidRDefault="00E83B41" w:rsidP="00E83B41">
      <w:pPr>
        <w:pStyle w:val="INOVANTSourceNote"/>
      </w:pPr>
      <w:r>
        <w:t>Source: Research data, 2026.</w:t>
      </w:r>
    </w:p>
    <w:p w:rsidR="00E83B41" w:rsidRDefault="00E83B41" w:rsidP="00E83B41">
      <w:pPr>
        <w:pStyle w:val="INOVANTGuidance"/>
      </w:pPr>
      <w:r>
        <w:t>FIGURE FORMAT — Place the figure close to the paragraph that discusses it. Keep it within the text area and use publication-quality graphics (approximately 300 dpi where applicable). Caption below the figure, 11 pt; source note 10 pt italic. Figures must remain readable in grayscale.</w:t>
      </w:r>
    </w:p>
    <w:p w:rsidR="00E83B41" w:rsidRDefault="00E83B41" w:rsidP="00E83B41">
      <w:pPr>
        <w:jc w:val="center"/>
      </w:pPr>
      <w:r>
        <w:rPr>
          <w:noProof/>
        </w:rPr>
        <w:drawing>
          <wp:inline distT="0" distB="0" distL="0" distR="0" wp14:anchorId="4918E732" wp14:editId="5B6A3D28">
            <wp:extent cx="4500000" cy="20571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placeholder_inovant_english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B41" w:rsidRDefault="00E83B41" w:rsidP="00E83B41">
      <w:pPr>
        <w:pStyle w:val="INOVANTCaption"/>
        <w:jc w:val="center"/>
      </w:pPr>
      <w:r>
        <w:t>Figure 1. Title of the Figure</w:t>
      </w:r>
    </w:p>
    <w:p w:rsidR="00E83B41" w:rsidRDefault="00E83B41" w:rsidP="00E83B41">
      <w:pPr>
        <w:pStyle w:val="INOVANTSourceNote"/>
        <w:jc w:val="center"/>
      </w:pPr>
      <w:r>
        <w:t>Source: Developed by the authors, 2026.</w:t>
      </w:r>
    </w:p>
    <w:p w:rsidR="00E83B41" w:rsidRDefault="00E83B41" w:rsidP="00E83B41">
      <w:pPr>
        <w:pStyle w:val="INOVANTHeading1"/>
      </w:pPr>
      <w:r>
        <w:t>CONCLUSION</w:t>
      </w:r>
    </w:p>
    <w:p w:rsidR="00E83B41" w:rsidRDefault="00E83B41" w:rsidP="00E83B41">
      <w:pPr>
        <w:pStyle w:val="INOVANTGuidance"/>
      </w:pPr>
      <w:r>
        <w:t>Times New Roman 12 pt | justified | 1.15 spacing. Directly answer the research objective/question, synthesize the key findings, state the main contribution, explain relevant theoretical/policy/administrative/practical implications, acknowledge important limitations where relevant, and provide realistic recommendations or future research directions when appropriate. Do not simply repeat the Results and Discussion. Recommended proportion: about 5–10%.</w:t>
      </w:r>
    </w:p>
    <w:p w:rsidR="00E83B41" w:rsidRDefault="00E83B41" w:rsidP="00E83B41">
      <w:pPr>
        <w:pStyle w:val="INOVANTBody"/>
        <w:ind w:firstLine="0"/>
      </w:pPr>
      <w:r>
        <w:t>Write or paste the Conclusion here.</w:t>
      </w:r>
    </w:p>
    <w:p w:rsidR="00E83B41" w:rsidRDefault="00E83B41" w:rsidP="00E83B41">
      <w:pPr>
        <w:pStyle w:val="INOVANTHeading1"/>
      </w:pPr>
      <w:r>
        <w:t>ACKNOWLEDGMENTS (OPTIONAL)</w:t>
      </w:r>
    </w:p>
    <w:p w:rsidR="00E83B41" w:rsidRDefault="00E83B41" w:rsidP="00E83B41">
      <w:pPr>
        <w:pStyle w:val="INOVANTGuidance"/>
      </w:pPr>
      <w:r>
        <w:t>11 pt, single spacing. Acknowledge individuals, institutions, or non-author contributions where appropriate. Funding information should be reported separately below.</w:t>
      </w:r>
    </w:p>
    <w:p w:rsidR="00E83B41" w:rsidRDefault="00E83B41" w:rsidP="00E83B41">
      <w:pPr>
        <w:pStyle w:val="INOVANTDeclarationText"/>
      </w:pPr>
      <w:r>
        <w:lastRenderedPageBreak/>
        <w:t>Write acknowledgments here, or delete this section if it is not applicable.</w:t>
      </w:r>
    </w:p>
    <w:p w:rsidR="00E83B41" w:rsidRDefault="00E83B41" w:rsidP="00E83B41">
      <w:pPr>
        <w:pStyle w:val="INOVANTHeading1"/>
      </w:pPr>
      <w:r>
        <w:t>AUTHOR CONTRIBUTIONS</w:t>
      </w:r>
    </w:p>
    <w:p w:rsidR="00E83B41" w:rsidRDefault="00E83B41" w:rsidP="00E83B41">
      <w:pPr>
        <w:pStyle w:val="INOVANTGuidance"/>
      </w:pPr>
      <w:r>
        <w:t xml:space="preserve">11 pt, single spacing. Briefly state each author’s contribution. The </w:t>
      </w:r>
      <w:proofErr w:type="spellStart"/>
      <w:r>
        <w:t>CRediT</w:t>
      </w:r>
      <w:proofErr w:type="spellEnd"/>
      <w:r>
        <w:t xml:space="preserve"> taxonomy may be used where appropriate.</w:t>
      </w:r>
    </w:p>
    <w:p w:rsidR="00E83B41" w:rsidRDefault="00E83B41" w:rsidP="00E83B41">
      <w:pPr>
        <w:pStyle w:val="INOVANTDeclarationText"/>
      </w:pPr>
      <w:r>
        <w:t>Conceptualization: A.A.; Methodology: A.A. and B.B.; Data Collection: B.B.; Analysis: A.A. and B.B.; Writing – Original Draft: A.A.; Writing – Review and Editing: all authors.</w:t>
      </w:r>
    </w:p>
    <w:p w:rsidR="00E83B41" w:rsidRDefault="00E83B41" w:rsidP="00E83B41">
      <w:pPr>
        <w:pStyle w:val="INOVANTHeading1"/>
      </w:pPr>
      <w:r>
        <w:t>FUNDING</w:t>
      </w:r>
    </w:p>
    <w:p w:rsidR="00E83B41" w:rsidRDefault="00E83B41" w:rsidP="00E83B41">
      <w:pPr>
        <w:pStyle w:val="INOVANTGuidance"/>
      </w:pPr>
      <w:r>
        <w:t>11 pt, single spacing. Disclose all research or publication funding. If there was no external funding, use the statement below.</w:t>
      </w:r>
    </w:p>
    <w:p w:rsidR="00E83B41" w:rsidRDefault="00E83B41" w:rsidP="00E83B41">
      <w:pPr>
        <w:pStyle w:val="INOVANTDeclarationText"/>
      </w:pPr>
      <w:r>
        <w:t>This research received no external funding.</w:t>
      </w:r>
    </w:p>
    <w:p w:rsidR="00E83B41" w:rsidRDefault="00E83B41" w:rsidP="00E83B41">
      <w:pPr>
        <w:pStyle w:val="INOVANTHeading1"/>
      </w:pPr>
      <w:r>
        <w:t>CONFLICT OF INTEREST</w:t>
      </w:r>
    </w:p>
    <w:p w:rsidR="00E83B41" w:rsidRDefault="00E83B41" w:rsidP="00E83B41">
      <w:pPr>
        <w:pStyle w:val="INOVANTGuidance"/>
      </w:pPr>
      <w:r>
        <w:t>11 pt, single spacing. Disclose any financial, professional, personal, academic, or institutional competing interest. If none exists, use the statement below.</w:t>
      </w:r>
    </w:p>
    <w:p w:rsidR="00E83B41" w:rsidRDefault="00E83B41" w:rsidP="00E83B41">
      <w:pPr>
        <w:pStyle w:val="INOVANTDeclarationText"/>
      </w:pPr>
      <w:r>
        <w:t>The authors declare no conflict of interest.</w:t>
      </w:r>
    </w:p>
    <w:p w:rsidR="00E83B41" w:rsidRDefault="00E83B41" w:rsidP="00E83B41">
      <w:pPr>
        <w:pStyle w:val="INOVANTHeading1"/>
      </w:pPr>
      <w:r>
        <w:t>RESEARCH ETHICS STATEMENT (WHERE APPLICABLE)</w:t>
      </w:r>
    </w:p>
    <w:p w:rsidR="00E83B41" w:rsidRDefault="00E83B41" w:rsidP="00E83B41">
      <w:pPr>
        <w:pStyle w:val="INOVANTGuidance"/>
      </w:pPr>
      <w:r>
        <w:t>11 pt, single spacing. For research involving human participants, personal data, vulnerable groups, or other ethically sensitive material, state the relevant ethical approval, informed consent, confidentiality, and/or data-protection procedures. Delete this section if it is not applicable.</w:t>
      </w:r>
    </w:p>
    <w:p w:rsidR="00E83B41" w:rsidRDefault="00E83B41" w:rsidP="00E83B41">
      <w:pPr>
        <w:pStyle w:val="INOVANTDeclarationText"/>
      </w:pPr>
      <w:r>
        <w:t>Insert the applicable research ethics statement here.</w:t>
      </w:r>
    </w:p>
    <w:p w:rsidR="00E83B41" w:rsidRDefault="00E83B41" w:rsidP="00E83B41">
      <w:pPr>
        <w:pStyle w:val="INOVANTHeading1"/>
      </w:pPr>
      <w:r>
        <w:t>AI USE DISCLOSURE (WHERE APPLICABLE)</w:t>
      </w:r>
    </w:p>
    <w:p w:rsidR="00E83B41" w:rsidRDefault="00E83B41" w:rsidP="00E83B41">
      <w:pPr>
        <w:pStyle w:val="INOVANTGuidance"/>
      </w:pPr>
      <w:r>
        <w:t>11 pt, single spacing. Disclose substantive use of generative AI or other AI-assisted technologies in manuscript preparation, analysis, data processing, visual generation, or other scholarly activities in accordance with the journal’s AI policy. Delete this section when no reportable AI use occurred.</w:t>
      </w:r>
    </w:p>
    <w:p w:rsidR="00E83B41" w:rsidRDefault="00E83B41" w:rsidP="00E83B41">
      <w:pPr>
        <w:pStyle w:val="INOVANTDeclarationText"/>
      </w:pPr>
      <w:r>
        <w:t>Insert the applicable AI use disclosure here.</w:t>
      </w:r>
    </w:p>
    <w:p w:rsidR="00E83B41" w:rsidRDefault="00E83B41" w:rsidP="00E83B41">
      <w:pPr>
        <w:pStyle w:val="INOVANTHeading1"/>
      </w:pPr>
      <w:r>
        <w:t>DATA AVAILABILITY STATEMENT (WHERE APPLICABLE)</w:t>
      </w:r>
    </w:p>
    <w:p w:rsidR="00E83B41" w:rsidRDefault="00E83B41" w:rsidP="00E83B41">
      <w:pPr>
        <w:pStyle w:val="INOVANTGuidance"/>
      </w:pPr>
      <w:r>
        <w:t>11 pt, single spacing. State whether and how data supporting the findings can be accessed, subject to ethical, legal, institutional, or confidentiality restrictions. Delete this section if it is not applicable.</w:t>
      </w:r>
    </w:p>
    <w:p w:rsidR="00E83B41" w:rsidRDefault="00E83B41" w:rsidP="00E83B41">
      <w:pPr>
        <w:pStyle w:val="INOVANTDeclarationText"/>
      </w:pPr>
      <w:r>
        <w:t>Insert the applicable data availability statement here.</w:t>
      </w:r>
    </w:p>
    <w:p w:rsidR="00E83B41" w:rsidRDefault="00E83B41" w:rsidP="00E83B41">
      <w:pPr>
        <w:pStyle w:val="INOVANTHeading1"/>
      </w:pPr>
      <w:r>
        <w:t>REFERENCES</w:t>
      </w:r>
    </w:p>
    <w:p w:rsidR="00E83B41" w:rsidRDefault="00E83B41" w:rsidP="00E83B41">
      <w:pPr>
        <w:pStyle w:val="INOVANTGuidance"/>
      </w:pPr>
      <w:r>
        <w:t>APA 7th Edition | Times New Roman 11 pt | single spacing | 1.27 cm hanging indent. Every in-text citation must appear in the reference list and every listed reference must be cited in the manuscript. Include DOI links in the form https://doi.org/... when available. Prioritize relevant literature from the last 10 years, while seminal works, foundational theory, authoritative methods, and legislation may be older. Approximately 80% scholarly journal articles and other suitable primary academic sources are preferred; original research articles will normally use at least about 20 relevant scholarly references. Zotero, Mendeley, EndNote, or equivalent reference managers are recommended.</w:t>
      </w:r>
    </w:p>
    <w:p w:rsidR="00E83B41" w:rsidRDefault="00E83B41" w:rsidP="00E83B41">
      <w:pPr>
        <w:pStyle w:val="INOVANTReferences"/>
        <w:ind w:firstLine="0"/>
      </w:pPr>
      <w:r>
        <w:t>Author, A. A., &amp; Author, B. B. (2024). Title of the journal article. Journal Name, 12(3), 100–115. https://doi.org/10.xxxx/xxxxx</w:t>
      </w:r>
    </w:p>
    <w:p w:rsidR="00E83B41" w:rsidRDefault="00E83B41" w:rsidP="00E83B41">
      <w:pPr>
        <w:pStyle w:val="INOVANTReferences"/>
        <w:ind w:firstLine="0"/>
      </w:pPr>
      <w:r>
        <w:t>Author, C. C. (2022). Title of the book. Publisher.</w:t>
      </w:r>
    </w:p>
    <w:p w:rsidR="00E83B41" w:rsidRDefault="00E83B41" w:rsidP="00E83B41">
      <w:pPr>
        <w:pStyle w:val="INOVANTReferences"/>
        <w:ind w:firstLine="0"/>
      </w:pPr>
      <w:r>
        <w:t>Organization Name. (2025). Title of the report or policy document. Publisher/Institution. URL</w:t>
      </w:r>
    </w:p>
    <w:p w:rsidR="00FA411A" w:rsidRPr="00E83B41" w:rsidRDefault="00FA411A" w:rsidP="00E83B41"/>
    <w:sectPr w:rsidR="00FA411A" w:rsidRPr="00E83B41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1516C" w:rsidRDefault="00A1516C">
      <w:pPr>
        <w:spacing w:after="0" w:line="240" w:lineRule="auto"/>
      </w:pPr>
      <w:r>
        <w:separator/>
      </w:r>
    </w:p>
  </w:endnote>
  <w:endnote w:type="continuationSeparator" w:id="0">
    <w:p w:rsidR="00A1516C" w:rsidRDefault="00A15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A411A" w:rsidRPr="00385868" w:rsidRDefault="00000000" w:rsidP="00385868">
    <w:pPr>
      <w:pStyle w:val="FooterText"/>
      <w:jc w:val="right"/>
      <w:rPr>
        <w:b/>
        <w:bCs/>
        <w:i/>
        <w:iCs/>
        <w:color w:val="7D7D7D"/>
        <w:sz w:val="24"/>
        <w:szCs w:val="40"/>
      </w:rPr>
    </w:pPr>
    <w:r w:rsidRPr="00385868">
      <w:rPr>
        <w:b/>
        <w:bCs/>
        <w:i/>
        <w:iCs/>
        <w:color w:val="7D7D7D"/>
        <w:sz w:val="24"/>
        <w:szCs w:val="40"/>
      </w:rPr>
      <w:t xml:space="preserve">https://journal.unesa.ac.id/index.php/innovant   </w:t>
    </w:r>
    <w:r w:rsidR="00385868">
      <w:rPr>
        <w:b/>
        <w:bCs/>
        <w:i/>
        <w:iCs/>
        <w:color w:val="7D7D7D"/>
        <w:sz w:val="24"/>
        <w:szCs w:val="40"/>
      </w:rPr>
      <w:t>-</w:t>
    </w:r>
    <w:r w:rsidRPr="00385868">
      <w:rPr>
        <w:b/>
        <w:bCs/>
        <w:i/>
        <w:iCs/>
        <w:color w:val="7D7D7D"/>
        <w:sz w:val="24"/>
        <w:szCs w:val="40"/>
      </w:rPr>
      <w:t xml:space="preserve">   </w:t>
    </w:r>
    <w:r w:rsidRPr="00385868">
      <w:rPr>
        <w:b/>
        <w:bCs/>
        <w:i/>
        <w:iCs/>
        <w:color w:val="7D7D7D"/>
        <w:sz w:val="24"/>
        <w:szCs w:val="40"/>
      </w:rPr>
      <w:fldChar w:fldCharType="begin"/>
    </w:r>
    <w:r w:rsidRPr="00385868">
      <w:rPr>
        <w:b/>
        <w:bCs/>
        <w:i/>
        <w:iCs/>
        <w:color w:val="7D7D7D"/>
        <w:sz w:val="24"/>
        <w:szCs w:val="40"/>
      </w:rPr>
      <w:instrText>PAGE</w:instrText>
    </w:r>
    <w:r w:rsidRPr="00385868">
      <w:rPr>
        <w:b/>
        <w:bCs/>
        <w:i/>
        <w:iCs/>
        <w:color w:val="7D7D7D"/>
        <w:sz w:val="24"/>
        <w:szCs w:val="40"/>
      </w:rPr>
      <w:fldChar w:fldCharType="separate"/>
    </w:r>
    <w:r w:rsidR="00E83B41" w:rsidRPr="00385868">
      <w:rPr>
        <w:b/>
        <w:bCs/>
        <w:i/>
        <w:iCs/>
        <w:color w:val="7D7D7D"/>
        <w:sz w:val="24"/>
        <w:szCs w:val="40"/>
      </w:rPr>
      <w:t>7</w:t>
    </w:r>
    <w:r w:rsidRPr="00385868">
      <w:rPr>
        <w:b/>
        <w:bCs/>
        <w:i/>
        <w:iCs/>
        <w:color w:val="7D7D7D"/>
        <w:sz w:val="24"/>
        <w:szCs w:val="4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A411A" w:rsidRPr="00385868" w:rsidRDefault="00000000" w:rsidP="00385868">
    <w:pPr>
      <w:pStyle w:val="FooterText"/>
      <w:jc w:val="right"/>
      <w:rPr>
        <w:b/>
        <w:bCs/>
        <w:sz w:val="24"/>
        <w:szCs w:val="40"/>
      </w:rPr>
    </w:pPr>
    <w:r w:rsidRPr="00385868">
      <w:rPr>
        <w:b/>
        <w:bCs/>
        <w:i/>
        <w:iCs/>
        <w:color w:val="7D7D7D"/>
        <w:sz w:val="24"/>
        <w:szCs w:val="40"/>
      </w:rPr>
      <w:t>https://journal.unesa.ac.id/index.php/innovant</w:t>
    </w:r>
    <w:r w:rsidRPr="00385868">
      <w:rPr>
        <w:b/>
        <w:bCs/>
        <w:color w:val="7D7D7D"/>
        <w:sz w:val="24"/>
        <w:szCs w:val="40"/>
      </w:rPr>
      <w:t xml:space="preserve">   </w:t>
    </w:r>
    <w:r w:rsidR="00385868">
      <w:rPr>
        <w:b/>
        <w:bCs/>
        <w:color w:val="7D7D7D"/>
        <w:sz w:val="24"/>
        <w:szCs w:val="40"/>
      </w:rPr>
      <w:t>-</w:t>
    </w:r>
    <w:r w:rsidRPr="00385868">
      <w:rPr>
        <w:b/>
        <w:bCs/>
        <w:color w:val="7D7D7D"/>
        <w:sz w:val="24"/>
        <w:szCs w:val="40"/>
      </w:rPr>
      <w:t xml:space="preserve">   </w:t>
    </w:r>
    <w:r w:rsidRPr="00385868">
      <w:rPr>
        <w:b/>
        <w:bCs/>
        <w:sz w:val="24"/>
        <w:szCs w:val="40"/>
      </w:rPr>
      <w:fldChar w:fldCharType="begin"/>
    </w:r>
    <w:r w:rsidRPr="00385868">
      <w:rPr>
        <w:b/>
        <w:bCs/>
        <w:sz w:val="24"/>
        <w:szCs w:val="40"/>
      </w:rPr>
      <w:instrText>PAGE</w:instrText>
    </w:r>
    <w:r w:rsidRPr="00385868">
      <w:rPr>
        <w:b/>
        <w:bCs/>
        <w:sz w:val="24"/>
        <w:szCs w:val="40"/>
      </w:rPr>
      <w:fldChar w:fldCharType="separate"/>
    </w:r>
    <w:r w:rsidR="00E83B41" w:rsidRPr="00385868">
      <w:rPr>
        <w:b/>
        <w:bCs/>
        <w:noProof/>
        <w:sz w:val="24"/>
        <w:szCs w:val="40"/>
      </w:rPr>
      <w:t>7</w:t>
    </w:r>
    <w:r w:rsidRPr="00385868">
      <w:rPr>
        <w:b/>
        <w:bCs/>
        <w:sz w:val="24"/>
        <w:szCs w:val="4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1516C" w:rsidRDefault="00A1516C">
      <w:pPr>
        <w:spacing w:after="0" w:line="240" w:lineRule="auto"/>
      </w:pPr>
      <w:r>
        <w:separator/>
      </w:r>
    </w:p>
  </w:footnote>
  <w:footnote w:type="continuationSeparator" w:id="0">
    <w:p w:rsidR="00A1516C" w:rsidRDefault="00A15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A411A" w:rsidRPr="00385868" w:rsidRDefault="00000000">
    <w:pPr>
      <w:pStyle w:val="HeaderText"/>
      <w:pBdr>
        <w:bottom w:val="single" w:sz="4" w:space="3" w:color="B0B0B0"/>
      </w:pBdr>
      <w:rPr>
        <w:sz w:val="22"/>
        <w:szCs w:val="36"/>
      </w:rPr>
    </w:pPr>
    <w:r w:rsidRPr="00385868">
      <w:rPr>
        <w:sz w:val="22"/>
        <w:szCs w:val="36"/>
      </w:rPr>
      <w:t>INOVANT  |  Vol. X, No. X, Month Year, pp. xx–xx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824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2156"/>
      <w:gridCol w:w="7342"/>
      <w:gridCol w:w="2326"/>
    </w:tblGrid>
    <w:tr w:rsidR="00E83B41" w:rsidTr="00E83B41">
      <w:trPr>
        <w:jc w:val="center"/>
      </w:trPr>
      <w:tc>
        <w:tcPr>
          <w:tcW w:w="2156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E83B41" w:rsidRDefault="00E83B41" w:rsidP="00E83B41">
          <w:pPr>
            <w:jc w:val="left"/>
          </w:pPr>
        </w:p>
      </w:tc>
      <w:tc>
        <w:tcPr>
          <w:tcW w:w="7342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E83B41" w:rsidRDefault="00E83B41" w:rsidP="00E83B41">
          <w:pPr>
            <w:spacing w:line="240" w:lineRule="auto"/>
            <w:ind w:left="-211" w:right="-588" w:firstLine="0"/>
            <w:jc w:val="center"/>
          </w:pPr>
          <w:r w:rsidRPr="00E83B41">
            <w:rPr>
              <w:b/>
              <w:color w:val="222222"/>
              <w:sz w:val="26"/>
              <w:szCs w:val="26"/>
            </w:rPr>
            <w:t>JURNAL INOVASI ADMINISTRASI NEGARA TERAPAN</w:t>
          </w:r>
          <w:r w:rsidRPr="00E83B41">
            <w:rPr>
              <w:color w:val="666666"/>
              <w:sz w:val="26"/>
              <w:szCs w:val="26"/>
            </w:rPr>
            <w:br/>
          </w:r>
          <w:proofErr w:type="spellStart"/>
          <w:r w:rsidRPr="00E83B41">
            <w:rPr>
              <w:color w:val="666666"/>
              <w:sz w:val="28"/>
              <w:szCs w:val="44"/>
            </w:rPr>
            <w:t>Fakultas</w:t>
          </w:r>
          <w:proofErr w:type="spellEnd"/>
          <w:r w:rsidRPr="00E83B41">
            <w:rPr>
              <w:color w:val="666666"/>
              <w:sz w:val="28"/>
              <w:szCs w:val="44"/>
            </w:rPr>
            <w:t xml:space="preserve"> </w:t>
          </w:r>
          <w:proofErr w:type="spellStart"/>
          <w:r w:rsidRPr="00E83B41">
            <w:rPr>
              <w:color w:val="666666"/>
              <w:sz w:val="28"/>
              <w:szCs w:val="44"/>
            </w:rPr>
            <w:t>Vokasi</w:t>
          </w:r>
          <w:proofErr w:type="spellEnd"/>
          <w:r w:rsidRPr="00E83B41">
            <w:rPr>
              <w:color w:val="666666"/>
              <w:sz w:val="28"/>
              <w:szCs w:val="44"/>
            </w:rPr>
            <w:t xml:space="preserve"> Universitas Negeri Surabaya</w:t>
          </w:r>
          <w:r>
            <w:rPr>
              <w:color w:val="666666"/>
              <w:sz w:val="15"/>
            </w:rPr>
            <w:br/>
          </w:r>
          <w:r w:rsidRPr="00E83B41">
            <w:rPr>
              <w:color w:val="666666"/>
              <w:sz w:val="21"/>
              <w:szCs w:val="36"/>
            </w:rPr>
            <w:t>Vol. X, No. X, Month Year, pp. xx–xx</w:t>
          </w:r>
          <w:r w:rsidRPr="00E83B41">
            <w:rPr>
              <w:color w:val="666666"/>
              <w:sz w:val="21"/>
              <w:szCs w:val="36"/>
            </w:rPr>
            <w:br/>
            <w:t>P-ISSN 3025-</w:t>
          </w:r>
          <w:proofErr w:type="gramStart"/>
          <w:r w:rsidRPr="00E83B41">
            <w:rPr>
              <w:color w:val="666666"/>
              <w:sz w:val="21"/>
              <w:szCs w:val="36"/>
            </w:rPr>
            <w:t>9894  |</w:t>
          </w:r>
          <w:proofErr w:type="gramEnd"/>
          <w:r w:rsidRPr="00E83B41">
            <w:rPr>
              <w:color w:val="666666"/>
              <w:sz w:val="21"/>
              <w:szCs w:val="36"/>
            </w:rPr>
            <w:t xml:space="preserve">  E-ISSN 3026-1805  |  DOI: https://doi.org/10.26740/xxxxx</w:t>
          </w:r>
        </w:p>
      </w:tc>
      <w:tc>
        <w:tcPr>
          <w:tcW w:w="2326" w:type="dxa"/>
          <w:tcMar>
            <w:top w:w="0" w:type="dxa"/>
            <w:left w:w="20" w:type="dxa"/>
            <w:bottom w:w="0" w:type="dxa"/>
            <w:right w:w="20" w:type="dxa"/>
          </w:tcMar>
          <w:vAlign w:val="center"/>
        </w:tcPr>
        <w:p w:rsidR="00E83B41" w:rsidRDefault="00E83B41" w:rsidP="00E83B41">
          <w:pPr>
            <w:jc w:val="right"/>
          </w:pPr>
        </w:p>
      </w:tc>
    </w:tr>
  </w:tbl>
  <w:p w:rsidR="00FA411A" w:rsidRDefault="006F6393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4F8D45F" wp14:editId="08F844B0">
          <wp:simplePos x="0" y="0"/>
          <wp:positionH relativeFrom="column">
            <wp:posOffset>5225876</wp:posOffset>
          </wp:positionH>
          <wp:positionV relativeFrom="paragraph">
            <wp:posOffset>-782955</wp:posOffset>
          </wp:positionV>
          <wp:extent cx="795020" cy="751840"/>
          <wp:effectExtent l="0" t="0" r="5080" b="0"/>
          <wp:wrapNone/>
          <wp:docPr id="505504993" name="Picture 5055049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03917" name="Picture 1043203917"/>
                  <pic:cNvPicPr/>
                </pic:nvPicPr>
                <pic:blipFill rotWithShape="1">
                  <a:blip r:embed="rId1"/>
                  <a:srcRect l="16016" t="17009" r="17963" b="13870"/>
                  <a:stretch/>
                </pic:blipFill>
                <pic:spPr bwMode="auto">
                  <a:xfrm>
                    <a:off x="0" y="0"/>
                    <a:ext cx="795020" cy="7518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783D">
      <w:rPr>
        <w:noProof/>
        <w:sz w:val="36"/>
        <w:szCs w:val="32"/>
      </w:rPr>
      <w:drawing>
        <wp:anchor distT="0" distB="0" distL="114300" distR="114300" simplePos="0" relativeHeight="251659264" behindDoc="0" locked="0" layoutInCell="1" allowOverlap="1" wp14:anchorId="3DF2BB91" wp14:editId="24128158">
          <wp:simplePos x="0" y="0"/>
          <wp:positionH relativeFrom="column">
            <wp:posOffset>-70946</wp:posOffset>
          </wp:positionH>
          <wp:positionV relativeFrom="paragraph">
            <wp:posOffset>-843280</wp:posOffset>
          </wp:positionV>
          <wp:extent cx="688340" cy="812165"/>
          <wp:effectExtent l="0" t="0" r="0" b="635"/>
          <wp:wrapNone/>
          <wp:docPr id="692885574" name="Picture 6928855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88340" cy="812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9209887">
    <w:abstractNumId w:val="8"/>
  </w:num>
  <w:num w:numId="2" w16cid:durableId="1622692093">
    <w:abstractNumId w:val="6"/>
  </w:num>
  <w:num w:numId="3" w16cid:durableId="2016035192">
    <w:abstractNumId w:val="5"/>
  </w:num>
  <w:num w:numId="4" w16cid:durableId="1170371253">
    <w:abstractNumId w:val="4"/>
  </w:num>
  <w:num w:numId="5" w16cid:durableId="589238564">
    <w:abstractNumId w:val="7"/>
  </w:num>
  <w:num w:numId="6" w16cid:durableId="909388240">
    <w:abstractNumId w:val="3"/>
  </w:num>
  <w:num w:numId="7" w16cid:durableId="1037895996">
    <w:abstractNumId w:val="2"/>
  </w:num>
  <w:num w:numId="8" w16cid:durableId="1175412337">
    <w:abstractNumId w:val="1"/>
  </w:num>
  <w:num w:numId="9" w16cid:durableId="801970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3D28"/>
    <w:rsid w:val="00385868"/>
    <w:rsid w:val="004B4164"/>
    <w:rsid w:val="006F6393"/>
    <w:rsid w:val="00A1516C"/>
    <w:rsid w:val="00AA1D8D"/>
    <w:rsid w:val="00B47730"/>
    <w:rsid w:val="00CB0664"/>
    <w:rsid w:val="00DE0578"/>
    <w:rsid w:val="00E83B41"/>
    <w:rsid w:val="00FA41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D65EE65-B769-3F4C-9BBD-F7D7E95E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  <w:ind w:firstLine="425"/>
      <w:jc w:val="both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i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ind w:firstLine="425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First">
    <w:name w:val="Body First"/>
    <w:pPr>
      <w:spacing w:after="120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ArticleTitle">
    <w:name w:val="Article Title"/>
    <w:pPr>
      <w:spacing w:before="60" w:after="160" w:line="240" w:lineRule="auto"/>
      <w:jc w:val="center"/>
    </w:pPr>
    <w:rPr>
      <w:rFonts w:ascii="Times New Roman" w:eastAsia="Times New Roman" w:hAnsi="Times New Roman"/>
      <w:b/>
      <w:color w:val="000000"/>
      <w:sz w:val="28"/>
    </w:rPr>
  </w:style>
  <w:style w:type="paragraph" w:customStyle="1" w:styleId="Author">
    <w:name w:val="Author"/>
    <w:pPr>
      <w:spacing w:after="60" w:line="240" w:lineRule="auto"/>
      <w:jc w:val="center"/>
    </w:pPr>
    <w:rPr>
      <w:rFonts w:ascii="Times New Roman" w:eastAsia="Times New Roman" w:hAnsi="Times New Roman"/>
      <w:b/>
      <w:color w:val="000000"/>
    </w:rPr>
  </w:style>
  <w:style w:type="paragraph" w:customStyle="1" w:styleId="Affiliation">
    <w:name w:val="Affiliation"/>
    <w:pPr>
      <w:spacing w:after="40" w:line="240" w:lineRule="auto"/>
      <w:jc w:val="center"/>
    </w:pPr>
    <w:rPr>
      <w:rFonts w:ascii="Times New Roman" w:eastAsia="Times New Roman" w:hAnsi="Times New Roman"/>
      <w:color w:val="000000"/>
      <w:sz w:val="20"/>
    </w:rPr>
  </w:style>
  <w:style w:type="paragraph" w:customStyle="1" w:styleId="Corresponding">
    <w:name w:val="Corresponding"/>
    <w:pPr>
      <w:spacing w:after="120" w:line="240" w:lineRule="auto"/>
      <w:jc w:val="center"/>
    </w:pPr>
    <w:rPr>
      <w:rFonts w:ascii="Times New Roman" w:eastAsia="Times New Roman" w:hAnsi="Times New Roman"/>
      <w:color w:val="000000"/>
      <w:sz w:val="19"/>
    </w:rPr>
  </w:style>
  <w:style w:type="paragraph" w:customStyle="1" w:styleId="AbstractHeading">
    <w:name w:val="Abstract Heading"/>
    <w:pPr>
      <w:keepNext/>
      <w:spacing w:before="140" w:after="60" w:line="240" w:lineRule="auto"/>
    </w:pPr>
    <w:rPr>
      <w:rFonts w:ascii="Times New Roman" w:eastAsia="Times New Roman" w:hAnsi="Times New Roman"/>
      <w:b/>
      <w:color w:val="000000"/>
    </w:rPr>
  </w:style>
  <w:style w:type="paragraph" w:customStyle="1" w:styleId="AbstractText">
    <w:name w:val="Abstract Text"/>
    <w:pPr>
      <w:spacing w:after="80" w:line="240" w:lineRule="auto"/>
      <w:jc w:val="both"/>
    </w:pPr>
    <w:rPr>
      <w:rFonts w:ascii="Times New Roman" w:eastAsia="Times New Roman" w:hAnsi="Times New Roman"/>
      <w:color w:val="000000"/>
      <w:sz w:val="21"/>
    </w:rPr>
  </w:style>
  <w:style w:type="paragraph" w:customStyle="1" w:styleId="Keywords">
    <w:name w:val="Keywords"/>
    <w:pPr>
      <w:spacing w:after="120" w:line="240" w:lineRule="auto"/>
      <w:jc w:val="both"/>
    </w:pPr>
    <w:rPr>
      <w:rFonts w:ascii="Times New Roman" w:eastAsia="Times New Roman" w:hAnsi="Times New Roman"/>
      <w:color w:val="000000"/>
      <w:sz w:val="21"/>
    </w:rPr>
  </w:style>
  <w:style w:type="paragraph" w:customStyle="1" w:styleId="InstructionText">
    <w:name w:val="Instruction Text"/>
    <w:pPr>
      <w:spacing w:after="60" w:line="240" w:lineRule="auto"/>
      <w:jc w:val="both"/>
    </w:pPr>
    <w:rPr>
      <w:rFonts w:ascii="Times New Roman" w:eastAsia="Times New Roman" w:hAnsi="Times New Roman"/>
      <w:color w:val="777777"/>
      <w:sz w:val="18"/>
    </w:rPr>
  </w:style>
  <w:style w:type="paragraph" w:customStyle="1" w:styleId="InstructionCenter">
    <w:name w:val="Instruction Center"/>
    <w:pPr>
      <w:spacing w:after="60" w:line="240" w:lineRule="auto"/>
      <w:jc w:val="center"/>
    </w:pPr>
    <w:rPr>
      <w:rFonts w:ascii="Times New Roman" w:eastAsia="Times New Roman" w:hAnsi="Times New Roman"/>
      <w:color w:val="777777"/>
      <w:sz w:val="18"/>
    </w:rPr>
  </w:style>
  <w:style w:type="paragraph" w:customStyle="1" w:styleId="TableCaption">
    <w:name w:val="Table Caption"/>
    <w:pPr>
      <w:keepNext/>
      <w:spacing w:before="120" w:after="60" w:line="240" w:lineRule="auto"/>
    </w:pPr>
    <w:rPr>
      <w:rFonts w:ascii="Times New Roman" w:eastAsia="Times New Roman" w:hAnsi="Times New Roman"/>
      <w:b/>
      <w:color w:val="000000"/>
    </w:rPr>
  </w:style>
  <w:style w:type="paragraph" w:customStyle="1" w:styleId="FigureCaption">
    <w:name w:val="Figure Caption"/>
    <w:pPr>
      <w:keepNext/>
      <w:spacing w:before="80" w:after="40" w:line="240" w:lineRule="auto"/>
      <w:jc w:val="center"/>
    </w:pPr>
    <w:rPr>
      <w:rFonts w:ascii="Times New Roman" w:eastAsia="Times New Roman" w:hAnsi="Times New Roman"/>
      <w:b/>
      <w:color w:val="000000"/>
    </w:rPr>
  </w:style>
  <w:style w:type="paragraph" w:customStyle="1" w:styleId="TableText">
    <w:name w:val="Table Text"/>
    <w:pPr>
      <w:spacing w:after="0" w:line="240" w:lineRule="auto"/>
    </w:pPr>
    <w:rPr>
      <w:rFonts w:ascii="Times New Roman" w:eastAsia="Times New Roman" w:hAnsi="Times New Roman"/>
      <w:color w:val="000000"/>
      <w:sz w:val="20"/>
    </w:rPr>
  </w:style>
  <w:style w:type="paragraph" w:customStyle="1" w:styleId="SourceNote">
    <w:name w:val="Source Note"/>
    <w:pPr>
      <w:spacing w:after="100" w:line="240" w:lineRule="auto"/>
    </w:pPr>
    <w:rPr>
      <w:rFonts w:ascii="Times New Roman" w:eastAsia="Times New Roman" w:hAnsi="Times New Roman"/>
      <w:i/>
      <w:color w:val="4F4F4F"/>
      <w:sz w:val="20"/>
    </w:rPr>
  </w:style>
  <w:style w:type="paragraph" w:customStyle="1" w:styleId="SourceNoteCenter">
    <w:name w:val="Source Note Center"/>
    <w:pPr>
      <w:spacing w:after="120" w:line="240" w:lineRule="auto"/>
      <w:jc w:val="center"/>
    </w:pPr>
    <w:rPr>
      <w:rFonts w:ascii="Times New Roman" w:eastAsia="Times New Roman" w:hAnsi="Times New Roman"/>
      <w:i/>
      <w:color w:val="4F4F4F"/>
      <w:sz w:val="20"/>
    </w:rPr>
  </w:style>
  <w:style w:type="paragraph" w:customStyle="1" w:styleId="BlockQuote">
    <w:name w:val="Block Quote"/>
    <w:pPr>
      <w:spacing w:after="120" w:line="240" w:lineRule="auto"/>
      <w:ind w:left="567" w:right="567"/>
      <w:jc w:val="both"/>
    </w:pPr>
    <w:rPr>
      <w:rFonts w:ascii="Times New Roman" w:eastAsia="Times New Roman" w:hAnsi="Times New Roman"/>
      <w:color w:val="000000"/>
    </w:rPr>
  </w:style>
  <w:style w:type="paragraph" w:customStyle="1" w:styleId="References">
    <w:name w:val="References"/>
    <w:pPr>
      <w:spacing w:after="70" w:line="240" w:lineRule="auto"/>
      <w:ind w:left="720" w:hanging="720"/>
    </w:pPr>
    <w:rPr>
      <w:rFonts w:ascii="Times New Roman" w:eastAsia="Times New Roman" w:hAnsi="Times New Roman"/>
      <w:color w:val="000000"/>
    </w:rPr>
  </w:style>
  <w:style w:type="paragraph" w:customStyle="1" w:styleId="DeclarationHeading">
    <w:name w:val="Declaration Heading"/>
    <w:pPr>
      <w:keepNext/>
      <w:spacing w:before="100" w:after="40" w:line="240" w:lineRule="auto"/>
    </w:pPr>
    <w:rPr>
      <w:rFonts w:ascii="Times New Roman" w:eastAsia="Times New Roman" w:hAnsi="Times New Roman"/>
      <w:b/>
      <w:color w:val="000000"/>
      <w:sz w:val="21"/>
    </w:rPr>
  </w:style>
  <w:style w:type="paragraph" w:customStyle="1" w:styleId="DeclarationText">
    <w:name w:val="Declaration Text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1"/>
    </w:rPr>
  </w:style>
  <w:style w:type="paragraph" w:customStyle="1" w:styleId="HeaderText">
    <w:name w:val="Header Text"/>
    <w:pPr>
      <w:spacing w:after="0" w:line="240" w:lineRule="auto"/>
      <w:jc w:val="center"/>
    </w:pPr>
    <w:rPr>
      <w:rFonts w:ascii="Times New Roman" w:eastAsia="Times New Roman" w:hAnsi="Times New Roman"/>
      <w:color w:val="555555"/>
      <w:sz w:val="17"/>
    </w:rPr>
  </w:style>
  <w:style w:type="paragraph" w:customStyle="1" w:styleId="FooterText">
    <w:name w:val="Footer Text"/>
    <w:pPr>
      <w:spacing w:after="0" w:line="240" w:lineRule="auto"/>
      <w:jc w:val="center"/>
    </w:pPr>
    <w:rPr>
      <w:rFonts w:ascii="Times New Roman" w:eastAsia="Times New Roman" w:hAnsi="Times New Roman"/>
      <w:color w:val="777777"/>
      <w:sz w:val="16"/>
    </w:rPr>
  </w:style>
  <w:style w:type="paragraph" w:customStyle="1" w:styleId="INOVANTBody">
    <w:name w:val="INOVANT Body"/>
    <w:basedOn w:val="Normal"/>
    <w:rsid w:val="00E83B41"/>
  </w:style>
  <w:style w:type="paragraph" w:customStyle="1" w:styleId="INOVANTTitle">
    <w:name w:val="INOVANT Title"/>
    <w:rsid w:val="00E83B41"/>
    <w:pPr>
      <w:spacing w:before="80" w:after="160" w:line="240" w:lineRule="auto"/>
      <w:jc w:val="center"/>
    </w:pPr>
    <w:rPr>
      <w:rFonts w:ascii="Times New Roman" w:eastAsia="Times New Roman" w:hAnsi="Times New Roman"/>
      <w:b/>
      <w:color w:val="222222"/>
      <w:sz w:val="28"/>
    </w:rPr>
  </w:style>
  <w:style w:type="paragraph" w:customStyle="1" w:styleId="INOVANTAuthor">
    <w:name w:val="INOVANT Author"/>
    <w:rsid w:val="00E83B41"/>
    <w:pPr>
      <w:spacing w:after="80" w:line="240" w:lineRule="auto"/>
      <w:jc w:val="center"/>
    </w:pPr>
    <w:rPr>
      <w:rFonts w:ascii="Times New Roman" w:eastAsia="Times New Roman" w:hAnsi="Times New Roman"/>
      <w:b/>
    </w:rPr>
  </w:style>
  <w:style w:type="paragraph" w:customStyle="1" w:styleId="INOVANTAffiliation">
    <w:name w:val="INOVANT Affiliation"/>
    <w:rsid w:val="00E83B41"/>
    <w:pPr>
      <w:spacing w:after="40" w:line="240" w:lineRule="auto"/>
      <w:jc w:val="center"/>
    </w:pPr>
    <w:rPr>
      <w:rFonts w:ascii="Times New Roman" w:eastAsia="Times New Roman" w:hAnsi="Times New Roman"/>
      <w:sz w:val="20"/>
    </w:rPr>
  </w:style>
  <w:style w:type="paragraph" w:customStyle="1" w:styleId="INOVANTCorresponding">
    <w:name w:val="INOVANT Corresponding"/>
    <w:rsid w:val="00E83B41"/>
    <w:pPr>
      <w:spacing w:after="160" w:line="240" w:lineRule="auto"/>
      <w:jc w:val="center"/>
    </w:pPr>
    <w:rPr>
      <w:rFonts w:ascii="Times New Roman" w:eastAsia="Times New Roman" w:hAnsi="Times New Roman"/>
      <w:sz w:val="19"/>
    </w:rPr>
  </w:style>
  <w:style w:type="paragraph" w:customStyle="1" w:styleId="INOVANTGuidance">
    <w:name w:val="INOVANT Guidance"/>
    <w:rsid w:val="00E83B41"/>
    <w:pPr>
      <w:spacing w:after="100" w:line="240" w:lineRule="auto"/>
    </w:pPr>
    <w:rPr>
      <w:rFonts w:ascii="Times New Roman" w:eastAsia="Times New Roman" w:hAnsi="Times New Roman"/>
      <w:i/>
      <w:color w:val="666666"/>
      <w:sz w:val="18"/>
    </w:rPr>
  </w:style>
  <w:style w:type="paragraph" w:customStyle="1" w:styleId="INOVANTAbstractHeading">
    <w:name w:val="INOVANT Abstract Heading"/>
    <w:rsid w:val="00E83B41"/>
    <w:pPr>
      <w:spacing w:before="200" w:after="60"/>
    </w:pPr>
    <w:rPr>
      <w:rFonts w:ascii="Times New Roman" w:eastAsia="Times New Roman" w:hAnsi="Times New Roman"/>
      <w:b/>
    </w:rPr>
  </w:style>
  <w:style w:type="paragraph" w:customStyle="1" w:styleId="INOVANTAbstractText">
    <w:name w:val="INOVANT Abstract Text"/>
    <w:rsid w:val="00E83B41"/>
    <w:pPr>
      <w:spacing w:after="100" w:line="240" w:lineRule="auto"/>
      <w:jc w:val="both"/>
    </w:pPr>
    <w:rPr>
      <w:rFonts w:ascii="Times New Roman" w:eastAsia="Times New Roman" w:hAnsi="Times New Roman"/>
    </w:rPr>
  </w:style>
  <w:style w:type="paragraph" w:customStyle="1" w:styleId="INOVANTKeywords">
    <w:name w:val="INOVANT Keywords"/>
    <w:rsid w:val="00E83B41"/>
    <w:pPr>
      <w:spacing w:after="160" w:line="240" w:lineRule="auto"/>
      <w:jc w:val="both"/>
    </w:pPr>
    <w:rPr>
      <w:rFonts w:ascii="Times New Roman" w:eastAsia="Times New Roman" w:hAnsi="Times New Roman"/>
    </w:rPr>
  </w:style>
  <w:style w:type="paragraph" w:customStyle="1" w:styleId="INOVANTHeading1">
    <w:name w:val="INOVANT Heading 1"/>
    <w:rsid w:val="00E83B41"/>
    <w:pPr>
      <w:keepNext/>
      <w:spacing w:before="240" w:after="80"/>
    </w:pPr>
    <w:rPr>
      <w:rFonts w:ascii="Times New Roman" w:eastAsia="Times New Roman" w:hAnsi="Times New Roman"/>
      <w:b/>
      <w:color w:val="222222"/>
      <w:sz w:val="24"/>
    </w:rPr>
  </w:style>
  <w:style w:type="paragraph" w:customStyle="1" w:styleId="INOVANTHeading2">
    <w:name w:val="INOVANT Heading 2"/>
    <w:rsid w:val="00E83B41"/>
    <w:pPr>
      <w:keepNext/>
      <w:spacing w:before="160" w:after="60"/>
    </w:pPr>
    <w:rPr>
      <w:rFonts w:ascii="Times New Roman" w:eastAsia="Times New Roman" w:hAnsi="Times New Roman"/>
      <w:b/>
      <w:sz w:val="24"/>
    </w:rPr>
  </w:style>
  <w:style w:type="paragraph" w:customStyle="1" w:styleId="INOVANTCaption">
    <w:name w:val="INOVANT Caption"/>
    <w:rsid w:val="00E83B41"/>
    <w:pPr>
      <w:spacing w:before="120" w:after="60"/>
    </w:pPr>
    <w:rPr>
      <w:rFonts w:ascii="Times New Roman" w:eastAsia="Times New Roman" w:hAnsi="Times New Roman"/>
      <w:b/>
    </w:rPr>
  </w:style>
  <w:style w:type="paragraph" w:customStyle="1" w:styleId="INOVANTSourceNote">
    <w:name w:val="INOVANT Source Note"/>
    <w:rsid w:val="00E83B41"/>
    <w:pPr>
      <w:spacing w:before="20" w:after="120"/>
    </w:pPr>
    <w:rPr>
      <w:rFonts w:ascii="Times New Roman" w:eastAsia="Times New Roman" w:hAnsi="Times New Roman"/>
      <w:i/>
      <w:color w:val="666666"/>
      <w:sz w:val="20"/>
    </w:rPr>
  </w:style>
  <w:style w:type="paragraph" w:customStyle="1" w:styleId="INOVANTTableText">
    <w:name w:val="INOVANT Table Text"/>
    <w:rsid w:val="00E83B41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customStyle="1" w:styleId="INOVANTBlockQuote">
    <w:name w:val="INOVANT Block Quote"/>
    <w:rsid w:val="00E83B41"/>
    <w:pPr>
      <w:spacing w:after="120" w:line="240" w:lineRule="auto"/>
      <w:ind w:left="567" w:right="567"/>
      <w:jc w:val="both"/>
    </w:pPr>
    <w:rPr>
      <w:rFonts w:ascii="Times New Roman" w:eastAsia="Times New Roman" w:hAnsi="Times New Roman"/>
    </w:rPr>
  </w:style>
  <w:style w:type="paragraph" w:customStyle="1" w:styleId="INOVANTReferences">
    <w:name w:val="INOVANT References"/>
    <w:rsid w:val="00E83B41"/>
    <w:pPr>
      <w:spacing w:after="80" w:line="240" w:lineRule="auto"/>
      <w:ind w:left="720" w:hanging="720"/>
    </w:pPr>
    <w:rPr>
      <w:rFonts w:ascii="Times New Roman" w:eastAsia="Times New Roman" w:hAnsi="Times New Roman"/>
    </w:rPr>
  </w:style>
  <w:style w:type="paragraph" w:customStyle="1" w:styleId="INOVANTDeclarationText">
    <w:name w:val="INOVANT Declaration Text"/>
    <w:rsid w:val="00E83B41"/>
    <w:pPr>
      <w:spacing w:after="80" w:line="240" w:lineRule="auto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Artikel INOVANT 2026 Final</dc:title>
  <dc:subject>Microsoft Word article template for Jurnal Inovasi Administrasi Negara Terapan (Inovant)</dc:subject>
  <dc:creator>Jurnal Inovasi Administrasi Negara Terapan (Inovant)</dc:creator>
  <cp:keywords>INOVANT, article template, public administration, Universitas Negeri Surabaya</cp:keywords>
  <dc:description>Final 2026 article template; A4; maximum 25 pages; APA 7th.</dc:description>
  <cp:lastModifiedBy>Ahmad Yusroni</cp:lastModifiedBy>
  <cp:revision>5</cp:revision>
  <dcterms:created xsi:type="dcterms:W3CDTF">2013-12-23T23:15:00Z</dcterms:created>
  <dcterms:modified xsi:type="dcterms:W3CDTF">2026-09-05T17:56:00Z</dcterms:modified>
  <cp:category/>
</cp:coreProperties>
</file>